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ACUERDO DE CONFIDENCIALIDAD (NDA)</w:t>
      </w:r>
    </w:p>
    <w:p>
      <w:r>
        <w:t>Este Acuerdo de Confidencialidad se celebra entre:</w:t>
      </w:r>
    </w:p>
    <w:p>
      <w:r>
        <w:t>Por una parte, la empresa [Nombre de la Empresa], y por la otra parte, el contratista [Nombre del Contratista].</w:t>
      </w:r>
    </w:p>
    <w:p>
      <w:r>
        <w:t>Ambas partes acuerdan mantener bajo estricta reserva toda la información técnica, financiera y comercial a la que tengan acceso durante la vigencia del servicio.</w:t>
      </w:r>
    </w:p>
    <w:p>
      <w:r>
        <w:t>Firma Empresa: _______________________</w:t>
      </w:r>
    </w:p>
    <w:p>
      <w:r>
        <w:t>Firma Contratista: 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